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CB529" w14:textId="77777777" w:rsidR="004B30B8" w:rsidRDefault="00000000">
      <w:pPr>
        <w:pStyle w:val="Title"/>
      </w:pPr>
      <w:r>
        <w:t>Human Body Model / Poster Assignment</w:t>
      </w:r>
    </w:p>
    <w:p w14:paraId="2D94BEA9" w14:textId="77777777" w:rsidR="004B30B8" w:rsidRDefault="00000000">
      <w:r>
        <w:rPr>
          <w:b/>
        </w:rPr>
        <w:t>Task:</w:t>
      </w:r>
      <w:r>
        <w:rPr>
          <w:b/>
        </w:rPr>
        <w:br/>
      </w:r>
      <w:r>
        <w:t>Create a detailed model or poster of the human body. Your work must clearly label and present the following bones and muscles.</w:t>
      </w:r>
    </w:p>
    <w:p w14:paraId="667B6EB1" w14:textId="0B324A57" w:rsidR="004B30B8" w:rsidRDefault="00000000">
      <w:r>
        <w:br/>
      </w:r>
      <w:r w:rsidR="03EEC1C0">
        <w:t>Your model/poster should be:</w:t>
      </w:r>
      <w:r>
        <w:br/>
      </w:r>
      <w:r w:rsidR="03EEC1C0">
        <w:t>- Neat, clear, and labelled correctly</w:t>
      </w:r>
      <w:r>
        <w:br/>
      </w:r>
      <w:r w:rsidR="03EEC1C0">
        <w:t>- Colour-coded (different colours for bones and muscles recommended)</w:t>
      </w:r>
      <w:r>
        <w:br/>
      </w:r>
      <w:r w:rsidR="03EEC1C0">
        <w:t>- Large enough to be easily readable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415833" w14:paraId="17C1185C" w14:textId="77777777" w:rsidTr="00CD66B9">
        <w:trPr>
          <w:trHeight w:val="4618"/>
        </w:trPr>
        <w:tc>
          <w:tcPr>
            <w:tcW w:w="4428" w:type="dxa"/>
          </w:tcPr>
          <w:p w14:paraId="2FB095B0" w14:textId="77777777" w:rsidR="00415833" w:rsidRDefault="00415833" w:rsidP="00415833">
            <w:pPr>
              <w:pStyle w:val="Heading1"/>
            </w:pPr>
            <w:r>
              <w:t>Bones (must include):</w:t>
            </w:r>
          </w:p>
          <w:p w14:paraId="246B4A85" w14:textId="77777777" w:rsidR="00415833" w:rsidRDefault="00415833" w:rsidP="00415833">
            <w:r>
              <w:t>- Phalanges</w:t>
            </w:r>
          </w:p>
          <w:p w14:paraId="43169207" w14:textId="77777777" w:rsidR="00415833" w:rsidRDefault="00415833" w:rsidP="00415833">
            <w:r>
              <w:t>- Metatarsals</w:t>
            </w:r>
          </w:p>
          <w:p w14:paraId="53ECFBD8" w14:textId="77777777" w:rsidR="00415833" w:rsidRDefault="00415833" w:rsidP="00415833">
            <w:r>
              <w:t>- Tarsals</w:t>
            </w:r>
          </w:p>
          <w:p w14:paraId="45867D7D" w14:textId="77777777" w:rsidR="00415833" w:rsidRDefault="00415833" w:rsidP="00415833">
            <w:r>
              <w:t>- Tibia</w:t>
            </w:r>
          </w:p>
          <w:p w14:paraId="5388ED17" w14:textId="77777777" w:rsidR="00415833" w:rsidRDefault="00415833" w:rsidP="00415833">
            <w:r>
              <w:t>- Fibula</w:t>
            </w:r>
          </w:p>
          <w:p w14:paraId="46FC6C8A" w14:textId="77777777" w:rsidR="00415833" w:rsidRDefault="00415833" w:rsidP="00415833">
            <w:r>
              <w:t>- Patella</w:t>
            </w:r>
          </w:p>
          <w:p w14:paraId="5CDCB429" w14:textId="77777777" w:rsidR="00415833" w:rsidRDefault="00415833" w:rsidP="00415833">
            <w:r>
              <w:t>- Femur</w:t>
            </w:r>
          </w:p>
          <w:p w14:paraId="19F8746B" w14:textId="77777777" w:rsidR="00415833" w:rsidRDefault="00415833" w:rsidP="00415833">
            <w:r>
              <w:t>- Pelvis</w:t>
            </w:r>
          </w:p>
          <w:p w14:paraId="6B96F972" w14:textId="77777777" w:rsidR="00415833" w:rsidRDefault="00415833" w:rsidP="00415833">
            <w:r>
              <w:t>- Vertebrae</w:t>
            </w:r>
          </w:p>
          <w:p w14:paraId="19EC7CAF" w14:textId="77777777" w:rsidR="00415833" w:rsidRDefault="00415833" w:rsidP="00415833">
            <w:r>
              <w:t>- Scapula</w:t>
            </w:r>
          </w:p>
          <w:p w14:paraId="2077F934" w14:textId="77777777" w:rsidR="00415833" w:rsidRDefault="00415833" w:rsidP="00415833">
            <w:r>
              <w:t>- Rib cage</w:t>
            </w:r>
          </w:p>
          <w:p w14:paraId="359FF923" w14:textId="77777777" w:rsidR="00415833" w:rsidRDefault="00415833" w:rsidP="00415833">
            <w:r>
              <w:t>- Sternum</w:t>
            </w:r>
          </w:p>
          <w:p w14:paraId="552584DC" w14:textId="77777777" w:rsidR="00415833" w:rsidRDefault="00415833" w:rsidP="00415833">
            <w:r>
              <w:t>- Clavicle</w:t>
            </w:r>
          </w:p>
          <w:p w14:paraId="1B66E143" w14:textId="77777777" w:rsidR="00415833" w:rsidRDefault="00415833" w:rsidP="00415833">
            <w:r>
              <w:t>- Cranium</w:t>
            </w:r>
          </w:p>
          <w:p w14:paraId="6698A275" w14:textId="77777777" w:rsidR="00415833" w:rsidRDefault="00415833"/>
        </w:tc>
        <w:tc>
          <w:tcPr>
            <w:tcW w:w="4428" w:type="dxa"/>
          </w:tcPr>
          <w:p w14:paraId="1345D051" w14:textId="77777777" w:rsidR="00415833" w:rsidRDefault="00415833" w:rsidP="00415833">
            <w:pPr>
              <w:pStyle w:val="Heading1"/>
            </w:pPr>
            <w:r>
              <w:t>Muscles (must include):</w:t>
            </w:r>
          </w:p>
          <w:p w14:paraId="78558133" w14:textId="77777777" w:rsidR="00415833" w:rsidRDefault="00415833" w:rsidP="00415833">
            <w:r>
              <w:t>- Tibialis Anterior</w:t>
            </w:r>
          </w:p>
          <w:p w14:paraId="034A7033" w14:textId="77777777" w:rsidR="00415833" w:rsidRDefault="00415833" w:rsidP="00415833">
            <w:r>
              <w:t>- Soleus</w:t>
            </w:r>
          </w:p>
          <w:p w14:paraId="59BF12F1" w14:textId="77777777" w:rsidR="00415833" w:rsidRDefault="00415833" w:rsidP="00415833">
            <w:r>
              <w:t>- Gastrocnemius</w:t>
            </w:r>
          </w:p>
          <w:p w14:paraId="12468D29" w14:textId="77777777" w:rsidR="00415833" w:rsidRDefault="00415833" w:rsidP="00415833">
            <w:r>
              <w:t>- Quadriceps</w:t>
            </w:r>
          </w:p>
          <w:p w14:paraId="37A20DB3" w14:textId="77777777" w:rsidR="00415833" w:rsidRDefault="00415833" w:rsidP="00415833">
            <w:r>
              <w:t>- Hamstrings</w:t>
            </w:r>
          </w:p>
          <w:p w14:paraId="5EF46185" w14:textId="77777777" w:rsidR="00415833" w:rsidRDefault="00415833" w:rsidP="00415833">
            <w:r>
              <w:t>- Hip flexor</w:t>
            </w:r>
          </w:p>
          <w:p w14:paraId="604E0ED2" w14:textId="77777777" w:rsidR="00415833" w:rsidRDefault="00415833" w:rsidP="00415833">
            <w:r>
              <w:t>- Trapezius</w:t>
            </w:r>
          </w:p>
          <w:p w14:paraId="2D9B7086" w14:textId="77777777" w:rsidR="00415833" w:rsidRDefault="00415833" w:rsidP="00415833">
            <w:r>
              <w:t>- Latissimus dorsi</w:t>
            </w:r>
          </w:p>
          <w:p w14:paraId="3F387D2D" w14:textId="77777777" w:rsidR="00415833" w:rsidRDefault="00415833" w:rsidP="00415833">
            <w:r>
              <w:t>- Pectorals</w:t>
            </w:r>
          </w:p>
          <w:p w14:paraId="7526FF89" w14:textId="77777777" w:rsidR="00415833" w:rsidRDefault="00415833" w:rsidP="00415833">
            <w:r>
              <w:t>- Deltoids</w:t>
            </w:r>
          </w:p>
          <w:p w14:paraId="742622F4" w14:textId="77777777" w:rsidR="00415833" w:rsidRDefault="00415833" w:rsidP="00415833">
            <w:r>
              <w:t>- Biceps</w:t>
            </w:r>
          </w:p>
          <w:p w14:paraId="7617D1F7" w14:textId="77777777" w:rsidR="00415833" w:rsidRDefault="00415833" w:rsidP="00415833">
            <w:r>
              <w:t>- Triceps</w:t>
            </w:r>
          </w:p>
          <w:p w14:paraId="0ADEDD28" w14:textId="77777777" w:rsidR="00415833" w:rsidRDefault="00415833" w:rsidP="00415833">
            <w:r>
              <w:t>- Wrist flexors</w:t>
            </w:r>
          </w:p>
          <w:p w14:paraId="22D6F4B7" w14:textId="77777777" w:rsidR="00415833" w:rsidRDefault="00415833" w:rsidP="00415833">
            <w:r>
              <w:t>- Wrist extensors</w:t>
            </w:r>
          </w:p>
          <w:p w14:paraId="2B76D843" w14:textId="77777777" w:rsidR="00415833" w:rsidRDefault="00415833" w:rsidP="00415833">
            <w:r>
              <w:t>- Abdominals</w:t>
            </w:r>
          </w:p>
          <w:p w14:paraId="089D5B38" w14:textId="77777777" w:rsidR="00415833" w:rsidRDefault="00415833"/>
        </w:tc>
      </w:tr>
    </w:tbl>
    <w:p w14:paraId="044600B4" w14:textId="77777777" w:rsidR="00415833" w:rsidRDefault="00415833"/>
    <w:p w14:paraId="168E8308" w14:textId="77777777" w:rsidR="004B30B8" w:rsidRDefault="00000000">
      <w:pPr>
        <w:pStyle w:val="Heading1"/>
      </w:pPr>
      <w:r>
        <w:t>Success Criteria:</w:t>
      </w:r>
    </w:p>
    <w:p w14:paraId="1C21AC17" w14:textId="77777777" w:rsidR="004B30B8" w:rsidRDefault="00000000">
      <w:r>
        <w:t>- All required bones and muscles are included and correctly labelled</w:t>
      </w:r>
      <w:r>
        <w:br/>
        <w:t>- Work is clearly presented and easy to understand</w:t>
      </w:r>
      <w:r>
        <w:br/>
        <w:t>- Demonstrates effort and creativity</w:t>
      </w:r>
      <w:r>
        <w:br/>
        <w:t>- Accurate placement of body parts</w:t>
      </w:r>
    </w:p>
    <w:sectPr w:rsidR="004B30B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2910724">
    <w:abstractNumId w:val="8"/>
  </w:num>
  <w:num w:numId="2" w16cid:durableId="746806532">
    <w:abstractNumId w:val="6"/>
  </w:num>
  <w:num w:numId="3" w16cid:durableId="1779258044">
    <w:abstractNumId w:val="5"/>
  </w:num>
  <w:num w:numId="4" w16cid:durableId="2004384872">
    <w:abstractNumId w:val="4"/>
  </w:num>
  <w:num w:numId="5" w16cid:durableId="1602253729">
    <w:abstractNumId w:val="7"/>
  </w:num>
  <w:num w:numId="6" w16cid:durableId="1667129182">
    <w:abstractNumId w:val="3"/>
  </w:num>
  <w:num w:numId="7" w16cid:durableId="348218076">
    <w:abstractNumId w:val="2"/>
  </w:num>
  <w:num w:numId="8" w16cid:durableId="1964459763">
    <w:abstractNumId w:val="1"/>
  </w:num>
  <w:num w:numId="9" w16cid:durableId="208529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025F"/>
    <w:rsid w:val="0029639D"/>
    <w:rsid w:val="00326F90"/>
    <w:rsid w:val="00415833"/>
    <w:rsid w:val="004B30B8"/>
    <w:rsid w:val="00AA1D8D"/>
    <w:rsid w:val="00B47730"/>
    <w:rsid w:val="00CB0664"/>
    <w:rsid w:val="00CD66B9"/>
    <w:rsid w:val="00FC693F"/>
    <w:rsid w:val="03EEC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205DCF1-5EAD-47EB-B2EF-2C9774C78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9" ma:contentTypeDescription="Create a new document." ma:contentTypeScope="" ma:versionID="e1f7d79623e9ca3d2d9035a444fc3219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e2c2f6f134d1cc74cddfdb6c56fac334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87F500-13B1-4B52-91B2-79AC06998A79}"/>
</file>

<file path=customXml/itemProps3.xml><?xml version="1.0" encoding="utf-8"?>
<ds:datastoreItem xmlns:ds="http://schemas.openxmlformats.org/officeDocument/2006/customXml" ds:itemID="{89C7F0F4-327E-404B-ADE8-BE1DB4D749F3}"/>
</file>

<file path=customXml/itemProps4.xml><?xml version="1.0" encoding="utf-8"?>
<ds:datastoreItem xmlns:ds="http://schemas.openxmlformats.org/officeDocument/2006/customXml" ds:itemID="{18780D1F-A2A8-48AD-ABB8-F3444F99CD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0</DocSecurity>
  <Lines>6</Lines>
  <Paragraphs>1</Paragraphs>
  <ScaleCrop>false</ScaleCrop>
  <Manager/>
  <Company/>
  <LinksUpToDate>false</LinksUpToDate>
  <CharactersWithSpaces>951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Roach</dc:creator>
  <cp:keywords/>
  <dc:description>generated by python-docx</dc:description>
  <cp:lastModifiedBy>Matthew Roach</cp:lastModifiedBy>
  <cp:revision>4</cp:revision>
  <dcterms:created xsi:type="dcterms:W3CDTF">2026-06-24T10:18:00Z</dcterms:created>
  <dcterms:modified xsi:type="dcterms:W3CDTF">2026-06-24T10:20:00Z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</Properties>
</file>